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Nonprofit cover letter templates</w:t>
      </w:r>
    </w:p>
    <w:p>
      <w:r>
        <w:t>From The Nonprofit Guide, thenonprofitguide.com/templates/nonprofit-cover-letter/. Replace everything in square brackets and rewrite in your own words.</w:t>
      </w:r>
    </w:p>
    <w:p>
      <w:pPr>
        <w:pStyle w:val="Heading2"/>
      </w:pPr>
      <w:r>
        <w:t>1. Entry-level or first nonprofit job</w:t>
      </w:r>
    </w:p>
    <w:p>
      <w:r>
        <w:t>Dear [Hiring manager's name],</w:t>
      </w:r>
    </w:p>
    <w:p>
      <w:r>
        <w:t>I am applying for the [Programme Assistant] role at [Organization]. Your work helping [who you serve] to [what changes] is the reason I want to start my career here: [one sentence on why it matters to you, specific to them].</w:t>
      </w:r>
    </w:p>
    <w:p>
      <w:r>
        <w:t>In [your most relevant experience: a placement, a volunteer role, a student project], I [did a specific thing], which [result, with a number if you have one]. That taught me [a skill the advert asks for].</w:t>
      </w:r>
    </w:p>
    <w:p>
      <w:r>
        <w:t>I noticed that [something specific you learned about the organization: a new programme, a recent report, growth in its work]. I would bring [two skills from the advert] to that work, and I am keen to learn [something the role will teach].</w:t>
      </w:r>
    </w:p>
    <w:p>
      <w:r>
        <w:t>Thank you for considering my application. I would welcome the chance to talk about how I could help.</w:t>
      </w:r>
    </w:p>
    <w:p>
      <w:r>
        <w:t>[Your name]</w:t>
      </w:r>
    </w:p>
    <w:p>
      <w:pPr>
        <w:pStyle w:val="Heading2"/>
      </w:pPr>
      <w:r>
        <w:t>2. Career changer, from business to nonprofit</w:t>
      </w:r>
    </w:p>
    <w:p>
      <w:r>
        <w:t>Dear [Name],</w:t>
      </w:r>
    </w:p>
    <w:p>
      <w:r>
        <w:t>After [number] years in [field], I am applying for the [role] at [Organization] because [a specific reason connected to their mission, not a general wish to give back].</w:t>
      </w:r>
    </w:p>
    <w:p>
      <w:r>
        <w:t>My experience translates directly. As [your role], I [achievement in business terms], which in your setting is [the nonprofit equivalent: e.g. account management is donor stewardship; project delivery is programme management].</w:t>
      </w:r>
    </w:p>
    <w:p>
      <w:r>
        <w:t>I have also [volunteered, served on a committee, supported a cause] with [organization], where I [what you did], so I understand that [one honest observation about how nonprofit work differs].</w:t>
      </w:r>
    </w:p>
    <w:p>
      <w:r>
        <w:t>I would welcome the chance to discuss how my experience in [skill] could support [a named goal of theirs].</w:t>
      </w:r>
    </w:p>
    <w:p>
      <w:r>
        <w:t>[Your name]</w:t>
      </w:r>
    </w:p>
    <w:p>
      <w:pPr>
        <w:pStyle w:val="Heading2"/>
      </w:pPr>
      <w:r>
        <w:t>3. Fundraising or development role</w:t>
      </w:r>
    </w:p>
    <w:p>
      <w:r>
        <w:t>Dear [Name],</w:t>
      </w:r>
    </w:p>
    <w:p>
      <w:r>
        <w:t>I am applying for the [Development Manager] role. In my current role at [Organization], I [raised / managed / grew] [amount or number] from [source: individuals, grants, events], and [one retention or relationship result].</w:t>
      </w:r>
    </w:p>
    <w:p>
      <w:r>
        <w:t>[Organization]'s recent [campaign, report, growth] stood out to me. With [the share of revenue from contributions, or the growth you saw in its public filings], I would focus first on [one specific, realistic priority: keeping first-year donors, moving mid-level donors up, building a grant pipeline].</w:t>
      </w:r>
    </w:p>
    <w:p>
      <w:r>
        <w:t>I work closely with boards and executive directors, and I keep clean records: [a specific example of a system you improved].</w:t>
      </w:r>
    </w:p>
    <w:p>
      <w:r>
        <w:t>I would welcome a conversation about your goals for the next year.</w:t>
      </w:r>
    </w:p>
    <w:p>
      <w:r>
        <w:t>[Your name]</w:t>
      </w:r>
    </w:p>
    <w:p>
      <w:pPr>
        <w:pStyle w:val="Heading2"/>
      </w:pPr>
      <w:r>
        <w:t>4. Programme or direct service role</w:t>
      </w:r>
    </w:p>
    <w:p>
      <w:r>
        <w:t>Dear [Name],</w:t>
      </w:r>
    </w:p>
    <w:p>
      <w:r>
        <w:t>I am applying for the [Case Manager / Programme Coordinator] role. For [number] years I have worked with [population] at [where], where I [what you did] for [number] people a [week/month].</w:t>
      </w:r>
    </w:p>
    <w:p>
      <w:r>
        <w:t>What I value about [Organization]'s approach is [specific feature: client choice, a particular model, community partnership], which matches how I work: [one sentence with an example].</w:t>
      </w:r>
    </w:p>
    <w:p>
      <w:r>
        <w:t>I am comfortable with [the record keeping, reporting or outcome measurement the advert mentions] and I have [relevant licence, training or language].</w:t>
      </w:r>
    </w:p>
    <w:p>
      <w:r>
        <w:t>Thank you for your time. I would be glad to talk further.</w:t>
      </w:r>
    </w:p>
    <w:p>
      <w:r>
        <w:t>[Your name]</w:t>
      </w:r>
    </w:p>
    <w:p>
      <w:pPr>
        <w:pStyle w:val="Heading2"/>
      </w:pPr>
      <w:r>
        <w:t>5. Executive director</w:t>
      </w:r>
    </w:p>
    <w:p>
      <w:r>
        <w:t>Dear [Search committee chair] and members of the search committee,</w:t>
      </w:r>
    </w:p>
    <w:p>
      <w:r>
        <w:t>I am applying for the position of Executive Director of [Organization]. Over [number] years leading [organizations or teams], I have [grown revenue / built teams / turned around finances], most recently [one headline result].</w:t>
      </w:r>
    </w:p>
    <w:p>
      <w:r>
        <w:t>I have read [Organization]'s recent annual reports and returns. Its [revenue trend, reserves, reliance on a few funders, recent growth] suggests the next director's first priorities are [two honest, specific priorities].</w:t>
      </w:r>
    </w:p>
    <w:p>
      <w:r>
        <w:t>I work as a partner to the board: [an example of a board relationship or governance improvement].</w:t>
      </w:r>
    </w:p>
    <w:p>
      <w:r>
        <w:t>I would welcome the opportunity to discuss the committee's goals for the organization.</w:t>
      </w:r>
    </w:p>
    <w:p>
      <w:r>
        <w:t>[Your name]</w:t>
      </w:r>
    </w:p>
    <w:p>
      <w:pPr>
        <w:pStyle w:val="Heading2"/>
      </w:pPr>
      <w:r>
        <w:t>6. From volunteer to staff</w:t>
      </w:r>
    </w:p>
    <w:p>
      <w:r>
        <w:t>Dear [Name],</w:t>
      </w:r>
    </w:p>
    <w:p>
      <w:r>
        <w:t>Many of you know me as a volunteer with [programme] since [year]. I am applying for the [role] because [a specific reason grounded in what you have seen there].</w:t>
      </w:r>
    </w:p>
    <w:p>
      <w:r>
        <w:t>As a volunteer I have [specific responsibilities and results], and I have seen at first hand [one honest insight about the work or the people served].</w:t>
      </w:r>
    </w:p>
    <w:p>
      <w:r>
        <w:t>Outside [Organization], I bring [relevant professional experience].</w:t>
      </w:r>
    </w:p>
    <w:p>
      <w:r>
        <w:t>I would value the chance to contribute in a staff role.</w:t>
      </w:r>
    </w:p>
    <w:p>
      <w: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