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Donor briefing</w:t>
      </w:r>
    </w:p>
    <w:p>
      <w:r>
        <w:t>One page, read before the meeting. From The Nonprofit Guide, thenonprofitguide.com/templates/donor-briefing/. Write only what you would be comfortable for the donor to read.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Section</w:t>
            </w:r>
          </w:p>
        </w:tc>
        <w:tc>
          <w:tcPr>
            <w:tcW w:type="dxa" w:w="4320"/>
          </w:tcPr>
          <w:p>
            <w:r>
              <w:t>Notes</w:t>
            </w:r>
          </w:p>
        </w:tc>
      </w:tr>
      <w:tr>
        <w:tc>
          <w:tcPr>
            <w:tcW w:type="dxa" w:w="4320"/>
          </w:tcPr>
          <w:p>
            <w:r>
              <w:t>Meeting</w:t>
            </w:r>
          </w:p>
        </w:tc>
        <w:tc>
          <w:tcPr>
            <w:tcW w:type="dxa" w:w="4320"/>
          </w:tcPr>
          <w:p>
            <w:r>
              <w:t>Who, when, where, who from your side, and the one thing you want to leave with.</w:t>
              <w:br/>
              <w:t>(Source: Your calendar)</w:t>
            </w:r>
          </w:p>
        </w:tc>
      </w:tr>
      <w:tr>
        <w:tc>
          <w:tcPr>
            <w:tcW w:type="dxa" w:w="4320"/>
          </w:tcPr>
          <w:p>
            <w:r>
              <w:t>Who they are</w:t>
            </w:r>
          </w:p>
        </w:tc>
        <w:tc>
          <w:tcPr>
            <w:tcW w:type="dxa" w:w="4320"/>
          </w:tcPr>
          <w:p>
            <w:r>
              <w:t>Name as they like to be addressed, household, employer or role, how they came to you.</w:t>
              <w:br/>
              <w:t>(Source: CRM contact record)</w:t>
            </w:r>
          </w:p>
        </w:tc>
      </w:tr>
      <w:tr>
        <w:tc>
          <w:tcPr>
            <w:tcW w:type="dxa" w:w="4320"/>
          </w:tcPr>
          <w:p>
            <w:r>
              <w:t>Giving history</w:t>
            </w:r>
          </w:p>
        </w:tc>
        <w:tc>
          <w:tcPr>
            <w:tcW w:type="dxa" w:w="4320"/>
          </w:tcPr>
          <w:p>
            <w:r>
              <w:t>First gift, last gift, largest gift, lifetime total, what they have funded, any open pledge.</w:t>
              <w:br/>
              <w:t>(Source: CRM gift history)</w:t>
            </w:r>
          </w:p>
        </w:tc>
      </w:tr>
      <w:tr>
        <w:tc>
          <w:tcPr>
            <w:tcW w:type="dxa" w:w="4320"/>
          </w:tcPr>
          <w:p>
            <w:r>
              <w:t>Recent contact</w:t>
            </w:r>
          </w:p>
        </w:tc>
        <w:tc>
          <w:tcPr>
            <w:tcW w:type="dxa" w:w="4320"/>
          </w:tcPr>
          <w:p>
            <w:r>
              <w:t>The last three interactions, who had them and what was said.</w:t>
              <w:br/>
              <w:t>(Source: Contact reports, email)</w:t>
            </w:r>
          </w:p>
        </w:tc>
      </w:tr>
      <w:tr>
        <w:tc>
          <w:tcPr>
            <w:tcW w:type="dxa" w:w="4320"/>
          </w:tcPr>
          <w:p>
            <w:r>
              <w:t>What they care about</w:t>
            </w:r>
          </w:p>
        </w:tc>
        <w:tc>
          <w:tcPr>
            <w:tcW w:type="dxa" w:w="4320"/>
          </w:tcPr>
          <w:p>
            <w:r>
              <w:t>In their own words if you have them.</w:t>
              <w:br/>
              <w:t>(Source: Notes, event conversations, replies)</w:t>
            </w:r>
          </w:p>
        </w:tc>
      </w:tr>
      <w:tr>
        <w:tc>
          <w:tcPr>
            <w:tcW w:type="dxa" w:w="4320"/>
          </w:tcPr>
          <w:p>
            <w:r>
              <w:t>Connections</w:t>
            </w:r>
          </w:p>
        </w:tc>
        <w:tc>
          <w:tcPr>
            <w:tcW w:type="dxa" w:w="4320"/>
          </w:tcPr>
          <w:p>
            <w:r>
              <w:t>Board members, staff, volunteers or other donors they know.</w:t>
              <w:br/>
              <w:t>(Source: CRM relationships, board list)</w:t>
            </w:r>
          </w:p>
        </w:tc>
      </w:tr>
      <w:tr>
        <w:tc>
          <w:tcPr>
            <w:tcW w:type="dxa" w:w="4320"/>
          </w:tcPr>
          <w:p>
            <w:r>
              <w:t>Sensitivities</w:t>
            </w:r>
          </w:p>
        </w:tc>
        <w:tc>
          <w:tcPr>
            <w:tcW w:type="dxa" w:w="4320"/>
          </w:tcPr>
          <w:p>
            <w:r>
              <w:t>Anything to avoid: a past complaint, a bereavement, a request about contact.</w:t>
              <w:br/>
              <w:t>(Source: Notes, the last contact report)</w:t>
            </w:r>
          </w:p>
        </w:tc>
      </w:tr>
      <w:tr>
        <w:tc>
          <w:tcPr>
            <w:tcW w:type="dxa" w:w="4320"/>
          </w:tcPr>
          <w:p>
            <w:r>
              <w:t>Purpose and ask</w:t>
            </w:r>
          </w:p>
        </w:tc>
        <w:tc>
          <w:tcPr>
            <w:tcW w:type="dxa" w:w="4320"/>
          </w:tcPr>
          <w:p>
            <w:r>
              <w:t>Why now, what you will say, and the specific next step or amount, if any.</w:t>
              <w:br/>
              <w:t>(Source: Your plan)</w:t>
            </w:r>
          </w:p>
        </w:tc>
      </w:tr>
      <w:tr>
        <w:tc>
          <w:tcPr>
            <w:tcW w:type="dxa" w:w="4320"/>
          </w:tcPr>
          <w:p>
            <w:r>
              <w:t>After the meeting</w:t>
            </w:r>
          </w:p>
        </w:tc>
        <w:tc>
          <w:tcPr>
            <w:tcW w:type="dxa" w:w="4320"/>
          </w:tcPr>
          <w:p>
            <w:r>
              <w:t>Who writes the contact report and by when.</w:t>
              <w:br/>
              <w:t>(Source: You)</w:t>
            </w:r>
          </w:p>
        </w:tc>
      </w:tr>
    </w:tbl>
    <w:p/>
    <w:p>
      <w:pPr>
        <w:pStyle w:val="Heading2"/>
      </w:pPr>
      <w:r>
        <w:t>After the meeting: contact report</w:t>
      </w:r>
    </w:p>
    <w:p>
      <w:pPr>
        <w:pStyle w:val="ListBullet"/>
      </w:pPr>
      <w:r>
        <w:t>Date, attendees, location:</w:t>
      </w:r>
    </w:p>
    <w:p>
      <w:pPr>
        <w:pStyle w:val="ListBullet"/>
      </w:pPr>
      <w:r>
        <w:t>What was discussed:</w:t>
      </w:r>
    </w:p>
    <w:p>
      <w:pPr>
        <w:pStyle w:val="ListBullet"/>
      </w:pPr>
      <w:r>
        <w:t>Anything promised, by either side:</w:t>
      </w:r>
    </w:p>
    <w:p>
      <w:pPr>
        <w:pStyle w:val="ListBullet"/>
      </w:pPr>
      <w:r>
        <w:t>The donor's own words on anything important:</w:t>
      </w:r>
    </w:p>
    <w:p>
      <w:pPr>
        <w:pStyle w:val="ListBullet"/>
      </w:pPr>
      <w:r>
        <w:t>Agreed next step, owner and date: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