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Donation thank-you letters: ten examples</w:t>
      </w:r>
    </w:p>
    <w:p>
      <w:r>
        <w:t>From The Nonprofit Guide, thenonprofitguide.com/templates/donation-thank-you-letters/. Replace every specific with your own; the figures are illustrative. Check receipt wording against IRS Publication 1771.</w:t>
      </w:r>
    </w:p>
    <w:p>
      <w:pPr>
        <w:pStyle w:val="Heading2"/>
      </w:pPr>
      <w:r>
        <w:t>1. First-time donor</w:t>
      </w:r>
    </w:p>
    <w:p>
      <w:r>
        <w:t>When: Within 48 hours of a first gift of any size.</w:t>
      </w:r>
    </w:p>
    <w:p>
      <w:r>
        <w:t>Dear Maria,</w:t>
      </w:r>
    </w:p>
    <w:p>
      <w:r>
        <w:t>Thank you for your gift of $50 to Riverside Reading Partners. It is your first, and I wanted you to hear from a person rather than a system.</w:t>
      </w:r>
    </w:p>
    <w:p>
      <w:r>
        <w:t>Your gift pays for a month of books for one child in our after-school programme. This term that is 140 children in four schools, most of whom had no books at home when they joined.</w:t>
      </w:r>
    </w:p>
    <w:p>
      <w:r>
        <w:t>In a few weeks I will write once more, not to ask for anything, but to tell you how this term ends. If you ever want to see a session, reply to this email and I will arrange it.</w:t>
      </w:r>
    </w:p>
    <w:p>
      <w:r>
        <w:t>With thanks,</w:t>
      </w:r>
    </w:p>
    <w:p>
      <w:r>
        <w:t>Jo Alvarez, Executive Director</w:t>
      </w:r>
    </w:p>
    <w:p>
      <w:r>
        <w:t>Receipt note: Under $250: no IRS wording is needed, but a dated record helps the donor.</w:t>
      </w:r>
    </w:p>
    <w:p>
      <w:pPr>
        <w:pStyle w:val="Heading2"/>
      </w:pPr>
      <w:r>
        <w:t>2. Repeat annual donor</w:t>
      </w:r>
    </w:p>
    <w:p>
      <w:r>
        <w:t>When: After the renewal gift, within a week.</w:t>
      </w:r>
    </w:p>
    <w:p>
      <w:r>
        <w:t>Dear Mr and Mrs Chen,</w:t>
      </w:r>
    </w:p>
    <w:p>
      <w:r>
        <w:t>This is the fourth year you have supported Riverside Reading Partners, and your gift of $300 arrived this week. Thank you.</w:t>
      </w:r>
    </w:p>
    <w:p>
      <w:r>
        <w:t>When you first gave, we worked in one school. We are now in four, and last year 81% of the children in the programme moved up at least one reading level. You have been part of that from almost the start.</w:t>
      </w:r>
    </w:p>
    <w:p>
      <w:r>
        <w:t>Your continued support lets us plan a year ahead, which is how we kept two reading tutors on staff through the summer.</w:t>
      </w:r>
    </w:p>
    <w:p>
      <w:r>
        <w:t>No goods or services were provided in exchange for this contribution.</w:t>
      </w:r>
    </w:p>
    <w:p>
      <w:r>
        <w:t>Gratefully yours,</w:t>
      </w:r>
    </w:p>
    <w:p>
      <w:r>
        <w:t>Jo Alvarez, Executive Director</w:t>
      </w:r>
    </w:p>
    <w:p>
      <w:r>
        <w:t>Receipt note: $250 or more in one gift: include the amount, the date and the goods-or-services statement.</w:t>
      </w:r>
    </w:p>
    <w:p>
      <w:pPr>
        <w:pStyle w:val="Heading2"/>
      </w:pPr>
      <w:r>
        <w:t>3. New monthly donor</w:t>
      </w:r>
    </w:p>
    <w:p>
      <w:r>
        <w:t>When: After the first monthly payment.</w:t>
      </w:r>
    </w:p>
    <w:p>
      <w:r>
        <w:t>Dear Sam,</w:t>
      </w:r>
    </w:p>
    <w:p>
      <w:r>
        <w:t>Welcome, and thank you for becoming a monthly supporter at $20 a month.</w:t>
      </w:r>
    </w:p>
    <w:p>
      <w:r>
        <w:t>Monthly gifts are the steadiest money we receive. They are how we can promise a school that the programme will still be there in March, not only in the month an appeal goes out.</w:t>
      </w:r>
    </w:p>
    <w:p>
      <w:r>
        <w:t>You will receive one summary of your gifts each January for your tax records. You can change or pause your gift at any time by replying to this email or calling Priya on 555 0142.</w:t>
      </w:r>
    </w:p>
    <w:p>
      <w:r>
        <w:t>Thank you for staying with us,</w:t>
      </w:r>
    </w:p>
    <w:p>
      <w:r>
        <w:t>Jo Alvarez, Executive Director</w:t>
      </w:r>
    </w:p>
    <w:p>
      <w:r>
        <w:t>Receipt note: Monthly gifts under $250 each: an annual summary is a courtesy, and the right place for the goods-or-services statement.</w:t>
      </w:r>
    </w:p>
    <w:p>
      <w:pPr>
        <w:pStyle w:val="Heading2"/>
      </w:pPr>
      <w:r>
        <w:t>4. Major gift</w:t>
      </w:r>
    </w:p>
    <w:p>
      <w:r>
        <w:t>When: Phone call within 24 hours, then this letter.</w:t>
      </w:r>
    </w:p>
    <w:p>
      <w:r>
        <w:t>Dear Elena,</w:t>
      </w:r>
    </w:p>
    <w:p>
      <w:r>
        <w:t>Thank you for your gift of $10,000, and for the time you spent with us last month. I meant what I said on the phone: this changes what next year looks like.</w:t>
      </w:r>
    </w:p>
    <w:p>
      <w:r>
        <w:t>As we discussed, your gift will open the programme in Eastside Elementary in January, serving about 35 children. I will send you the first term's results in April, and Ms Okafor, the school's principal, has asked whether she may write to you herself.</w:t>
      </w:r>
    </w:p>
    <w:p>
      <w:r>
        <w:t>If there is anything you would like to know along the way, I am the person to ask.</w:t>
      </w:r>
    </w:p>
    <w:p>
      <w:r>
        <w:t>No goods or services were provided in exchange for this contribution.</w:t>
      </w:r>
    </w:p>
    <w:p>
      <w:r>
        <w:t>With real gratitude,</w:t>
      </w:r>
    </w:p>
    <w:p>
      <w:r>
        <w:t>Jo Alvarez, Executive Director</w:t>
      </w:r>
    </w:p>
    <w:p>
      <w:r>
        <w:t>Receipt note: Over $250: amount, date and the goods-or-services statement. Report back on exactly what you said the gift would do.</w:t>
      </w:r>
    </w:p>
    <w:p>
      <w:pPr>
        <w:pStyle w:val="Heading2"/>
      </w:pPr>
      <w:r>
        <w:t>5. Year-end gift</w:t>
      </w:r>
    </w:p>
    <w:p>
      <w:r>
        <w:t>When: Within a week of a December gift.</w:t>
      </w:r>
    </w:p>
    <w:p>
      <w:r>
        <w:t>Dear David,</w:t>
      </w:r>
    </w:p>
    <w:p>
      <w:r>
        <w:t>Thank you for your gift of $250 on December 29. It reached us in time to count toward the year, for us and, I hope, for you.</w:t>
      </w:r>
    </w:p>
    <w:p>
      <w:r>
        <w:t>This year your support helped 140 children read more, and more confidently, than they did in September. In January I will send a short report on what the year achieved, and what 2027 looks like.</w:t>
      </w:r>
    </w:p>
    <w:p>
      <w:r>
        <w:t>For your records: Riverside Reading Partners is a 501(c)(3) organization, EIN 00-0000000. No goods or services were provided in exchange for this contribution.</w:t>
      </w:r>
    </w:p>
    <w:p>
      <w:r>
        <w:t>Happy New Year, and thank you,</w:t>
      </w:r>
    </w:p>
    <w:p>
      <w:r>
        <w:t>Jo Alvarez, Executive Director</w:t>
      </w:r>
    </w:p>
    <w:p>
      <w:r>
        <w:t>Receipt note: $250 or more: amount, date of the gift and the goods-or-services statement. The donor needs it by the time they file.</w:t>
      </w:r>
    </w:p>
    <w:p>
      <w:pPr>
        <w:pStyle w:val="Heading2"/>
      </w:pPr>
      <w:r>
        <w:t>6. Event ticket or gala</w:t>
      </w:r>
    </w:p>
    <w:p>
      <w:r>
        <w:t>When: Within a week of the event.</w:t>
      </w:r>
    </w:p>
    <w:p>
      <w:r>
        <w:t>Dear Ms Patel,</w:t>
      </w:r>
    </w:p>
    <w:p>
      <w:r>
        <w:t>Thank you for joining us at the Spring Reading Gala, and for your payment of $200 for two tickets.</w:t>
      </w:r>
    </w:p>
    <w:p>
      <w:r>
        <w:t>The evening raised $46,000, enough to run the programme in one school for a full year. The poem the children read at the end was written in the programme this term.</w:t>
      </w:r>
    </w:p>
    <w:p>
      <w:r>
        <w:t>For your tax records: your payment of $200 included dinner with an estimated fair market value of $90. The amount of your contribution that is deductible for federal income tax purposes is limited to the excess of your payment over that value, $110.</w:t>
      </w:r>
    </w:p>
    <w:p>
      <w:r>
        <w:t>Thank you for a wonderful evening,</w:t>
      </w:r>
    </w:p>
    <w:p>
      <w:r>
        <w:t>Jo Alvarez, Executive Director</w:t>
      </w:r>
    </w:p>
    <w:p>
      <w:r>
        <w:t>Receipt note: Quid pro quo: for a payment over $75 that is partly a gift, state the good-faith value of what the donor received and that only the excess is deductible.</w:t>
      </w:r>
    </w:p>
    <w:p>
      <w:pPr>
        <w:pStyle w:val="Heading2"/>
      </w:pPr>
      <w:r>
        <w:t>7. In-kind gift</w:t>
      </w:r>
    </w:p>
    <w:p>
      <w:r>
        <w:t>When: Within a week of receiving the goods.</w:t>
      </w:r>
    </w:p>
    <w:p>
      <w:r>
        <w:t>Dear Mr Owens,</w:t>
      </w:r>
    </w:p>
    <w:p>
      <w:r>
        <w:t>Thank you for donating twelve boxes of new children's books to Riverside Reading Partners on March 4.</w:t>
      </w:r>
    </w:p>
    <w:p>
      <w:r>
        <w:t>They went into our lending library the same week, and the first children borrowed them the following Monday.</w:t>
      </w:r>
    </w:p>
    <w:p>
      <w:r>
        <w:t>For your records, we received: 12 boxes of new children's books, approximately 360 titles. No goods or services were provided in exchange for this contribution. Under IRS rules, the donor determines the value of donated goods; we do not assign one.</w:t>
      </w:r>
    </w:p>
    <w:p>
      <w:r>
        <w:t>With thanks,</w:t>
      </w:r>
    </w:p>
    <w:p>
      <w:r>
        <w:t>Jo Alvarez, Executive Director</w:t>
      </w:r>
    </w:p>
    <w:p>
      <w:r>
        <w:t>Receipt note: Describe the items, never value them. The donor values non-cash gifts.</w:t>
      </w:r>
    </w:p>
    <w:p>
      <w:pPr>
        <w:pStyle w:val="Heading2"/>
      </w:pPr>
      <w:r>
        <w:t>8. Memorial or tribute gift</w:t>
      </w:r>
    </w:p>
    <w:p>
      <w:r>
        <w:t>When: Within 48 hours; notify the family separately.</w:t>
      </w:r>
    </w:p>
    <w:p>
      <w:r>
        <w:t>Dear Ms Brooks,</w:t>
      </w:r>
    </w:p>
    <w:p>
      <w:r>
        <w:t>Thank you for your gift of $100 in memory of Robert Lane. We have let his family know of your gift, without the amount, as you asked.</w:t>
      </w:r>
    </w:p>
    <w:p>
      <w:r>
        <w:t>Robert volunteered as a reader with us for six years. The children knew him as the man who did all the voices, and your gift will buy books for the corner of the library that now carries his name.</w:t>
      </w:r>
    </w:p>
    <w:p>
      <w:r>
        <w:t>With sympathy and thanks,</w:t>
      </w:r>
    </w:p>
    <w:p>
      <w:r>
        <w:t>Jo Alvarez, Executive Director</w:t>
      </w:r>
    </w:p>
    <w:p>
      <w:r>
        <w:t>Receipt note: Send two letters: this one to the donor, and a separate note to the family naming the donor but not the amount, unless the donor agrees.</w:t>
      </w:r>
    </w:p>
    <w:p>
      <w:pPr>
        <w:pStyle w:val="Heading2"/>
      </w:pPr>
      <w:r>
        <w:t>9. Lapsed donor who has come back</w:t>
      </w:r>
    </w:p>
    <w:p>
      <w:r>
        <w:t>When: Within 48 hours.</w:t>
      </w:r>
    </w:p>
    <w:p>
      <w:r>
        <w:t>Dear Aisha,</w:t>
      </w:r>
    </w:p>
    <w:p>
      <w:r>
        <w:t>Thank you for your gift of $75. It has been three years since we last heard from you, and it was a genuine pleasure to see your name again.</w:t>
      </w:r>
    </w:p>
    <w:p>
      <w:r>
        <w:t>A lot has happened since 2023. We are now in four schools instead of two, and this year 140 children are in the programme.</w:t>
      </w:r>
    </w:p>
    <w:p>
      <w:r>
        <w:t>If anything put you off along the way, I would honestly like to know. And if you would like to visit, the door is open.</w:t>
      </w:r>
    </w:p>
    <w:p>
      <w:r>
        <w:t>Welcome back,</w:t>
      </w:r>
    </w:p>
    <w:p>
      <w:r>
        <w:t>Jo Alvarez, Executive Director</w:t>
      </w:r>
    </w:p>
    <w:p>
      <w:r>
        <w:t>Receipt note: Treat a returning donor like a first-time donor: personal, quick, and with a second contact planned.</w:t>
      </w:r>
    </w:p>
    <w:p>
      <w:pPr>
        <w:pStyle w:val="Heading2"/>
      </w:pPr>
      <w:r>
        <w:t>10. Online gift, email version</w:t>
      </w:r>
    </w:p>
    <w:p>
      <w:r>
        <w:t>When: Immediately, then a personal note within a week.</w:t>
      </w:r>
    </w:p>
    <w:p>
      <w:r>
        <w:t>Subject: Thank you, Chris. Here is what your $40 does</w:t>
      </w:r>
    </w:p>
    <w:p>
      <w:r>
        <w:t>Hi Chris,</w:t>
      </w:r>
    </w:p>
    <w:p>
      <w:r>
        <w:t>Your gift of $40 just reached us. Thank you.</w:t>
      </w:r>
    </w:p>
    <w:p>
      <w:r>
        <w:t>That pays for a set of levelled readers for one child this term. Here is a 30 second video of what that looks like: [link]</w:t>
      </w:r>
    </w:p>
    <w:p>
      <w:r>
        <w:t>Your receipt is attached. You will hear from me again in a month with how the term is going.</w:t>
      </w:r>
    </w:p>
    <w:p>
      <w:r>
        <w:t>Jo, Riverside Reading Partners</w:t>
      </w:r>
    </w:p>
    <w:p>
      <w:r>
        <w:t>Receipt note: The automatic receipt is not the thank-you. Follow it with a personal note from a named person.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