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Donation receipt templates</w:t>
      </w:r>
    </w:p>
    <w:p>
      <w:r>
        <w:t>From The Nonprofit Guide, thenonprofitguide.com/templates/donation-receipt/. Replace everything in square brackets. Do not remove the sentence about goods or services. General information, not tax advice.</w:t>
      </w:r>
    </w:p>
    <w:p>
      <w:pPr>
        <w:pStyle w:val="Heading2"/>
      </w:pPr>
      <w:r>
        <w:t>1. Cash gift, nothing given in return</w:t>
      </w:r>
    </w:p>
    <w:p>
      <w:r>
        <w:t>[Charity name]</w:t>
      </w:r>
    </w:p>
    <w:p>
      <w:r>
        <w:t>[Address] | EIN [00-0000000]</w:t>
      </w:r>
    </w:p>
    <w:p/>
    <w:p>
      <w:r>
        <w:t>[Date]</w:t>
      </w:r>
    </w:p>
    <w:p/>
    <w:p>
      <w:r>
        <w:t>Dear [Donor name],</w:t>
      </w:r>
    </w:p>
    <w:p>
      <w:r>
        <w:t>Thank you for your gift of $[amount] received on [date of gift] by [cash / check no. ___ / card / bank transfer].</w:t>
      </w:r>
    </w:p>
    <w:p>
      <w:r>
        <w:t>No goods or services were provided in exchange for this contribution.</w:t>
      </w:r>
    </w:p>
    <w:p>
      <w:r>
        <w:t>[Charity name] is a tax-exempt organization under section 501(c)(3) of the Internal Revenue Code. Please keep this receipt for your tax records.</w:t>
      </w:r>
    </w:p>
    <w:p/>
    <w:p>
      <w:r>
        <w:t>[Name, title]</w:t>
      </w:r>
    </w:p>
    <w:p>
      <w:pPr>
        <w:pStyle w:val="Heading2"/>
      </w:pPr>
      <w:r>
        <w:t>2. Gift with something given in return (event ticket, gala, auction)</w:t>
      </w:r>
    </w:p>
    <w:p>
      <w:r>
        <w:t>[Charity name] | EIN [00-0000000]</w:t>
      </w:r>
    </w:p>
    <w:p>
      <w:r>
        <w:t>[Date]</w:t>
      </w:r>
    </w:p>
    <w:p/>
    <w:p>
      <w:r>
        <w:t>Dear [Donor name],</w:t>
      </w:r>
    </w:p>
    <w:p>
      <w:r>
        <w:t>Thank you for your payment of $[amount] on [date] for [event name].</w:t>
      </w:r>
    </w:p>
    <w:p>
      <w:r>
        <w:t>In exchange, you received [dinner and entertainment / auction item description], with an estimated fair market value of $[value]. The amount of your contribution that is deductible for federal income tax purposes is limited to the excess of your payment over that value: $[amount minus value].</w:t>
      </w:r>
    </w:p>
    <w:p/>
    <w:p>
      <w:r>
        <w:t>[Name, title]</w:t>
      </w:r>
    </w:p>
    <w:p>
      <w:pPr>
        <w:pStyle w:val="Heading2"/>
      </w:pPr>
      <w:r>
        <w:t>3. Noncash (in-kind) gift</w:t>
      </w:r>
    </w:p>
    <w:p>
      <w:r>
        <w:t>[Charity name] | EIN [00-0000000]</w:t>
      </w:r>
    </w:p>
    <w:p>
      <w:r>
        <w:t>[Date]</w:t>
      </w:r>
    </w:p>
    <w:p/>
    <w:p>
      <w:r>
        <w:t>Dear [Donor name],</w:t>
      </w:r>
    </w:p>
    <w:p>
      <w:r>
        <w:t>Thank you for your donation, received on [date], of: [description, e.g. 12 boxes of children's books in good condition / a 2019 laptop, model ___].</w:t>
      </w:r>
    </w:p>
    <w:p>
      <w:r>
        <w:t>No goods or services were provided in exchange for this contribution. As required by the IRS, we have described your gift but not valued it; the value you claim is for you to determine.</w:t>
      </w:r>
    </w:p>
    <w:p>
      <w:r>
        <w:t>If you claim more than $500, you will need IRS Form 8283 with your return, and over $5,000 a qualified appraisal.</w:t>
      </w:r>
    </w:p>
    <w:p/>
    <w:p>
      <w:r>
        <w:t>[Name, title]</w:t>
      </w:r>
    </w:p>
    <w:p>
      <w:pPr>
        <w:pStyle w:val="Heading2"/>
      </w:pPr>
      <w:r>
        <w:t>4. Year-end summary for monthly and repeat donors</w:t>
      </w:r>
    </w:p>
    <w:p>
      <w:r>
        <w:t>[Charity name] | EIN [00-0000000]</w:t>
      </w:r>
    </w:p>
    <w:p>
      <w:r>
        <w:t>[Date, by 31 January]</w:t>
      </w:r>
    </w:p>
    <w:p/>
    <w:p>
      <w:r>
        <w:t>Dear [Donor name],</w:t>
      </w:r>
    </w:p>
    <w:p>
      <w:r>
        <w:t>Thank you for your generosity in [year]. Your gifts are listed below.</w:t>
      </w:r>
    </w:p>
    <w:p>
      <w:r>
        <w:t>[Date]  $[amount]  [method]</w:t>
      </w:r>
    </w:p>
    <w:p>
      <w:r>
        <w:t>[Date]  $[amount]  [method]</w:t>
      </w:r>
    </w:p>
    <w:p>
      <w:r>
        <w:t>Total: $[total]</w:t>
      </w:r>
    </w:p>
    <w:p>
      <w:r>
        <w:t>No goods or services were provided in exchange for these contributions [except: ___, estimated value $___].</w:t>
      </w:r>
    </w:p>
    <w:p/>
    <w:p>
      <w:r>
        <w:t>[Name, title]</w:t>
      </w:r>
    </w:p>
    <w:p>
      <w:pPr>
        <w:pStyle w:val="Heading2"/>
      </w:pPr>
      <w:r>
        <w:t>5. Religious organization</w:t>
      </w:r>
    </w:p>
    <w:p>
      <w:r>
        <w:t>[Congregation name] | EIN [00-0000000]</w:t>
      </w:r>
    </w:p>
    <w:p>
      <w:r>
        <w:t>[Date]</w:t>
      </w:r>
    </w:p>
    <w:p/>
    <w:p>
      <w:r>
        <w:t>Dear [Donor name],</w:t>
      </w:r>
    </w:p>
    <w:p>
      <w:r>
        <w:t>Thank you for your contributions totalling $[amount] in [year].</w:t>
      </w:r>
    </w:p>
    <w:p>
      <w:r>
        <w:t>No goods or services were provided in exchange for these contributions other than intangible religious benefits.</w:t>
      </w:r>
    </w:p>
    <w:p/>
    <w:p>
      <w:r>
        <w:t>[Name, title]</w:t>
      </w:r>
    </w:p>
    <w:p>
      <w:pPr>
        <w:pStyle w:val="Heading2"/>
      </w:pPr>
      <w:r>
        <w:t>6. Payroll deduction pledge card wording</w:t>
      </w:r>
    </w:p>
    <w:p>
      <w:r>
        <w:t>[Charity name] | EIN [00-0000000]</w:t>
      </w:r>
    </w:p>
    <w:p>
      <w:r>
        <w:t>I pledge $[amount] per pay period to [charity name], to be deducted by [employer].</w:t>
      </w:r>
    </w:p>
    <w:p>
      <w:r>
        <w:t>[Charity name] provides no goods or services in exchange for contributions made by payroll deduction.</w:t>
      </w:r>
    </w:p>
    <w:p>
      <w:pPr>
        <w:pStyle w:val="Heading2"/>
      </w:pPr>
      <w:r>
        <w:t>Checklist</w:t>
      </w:r>
    </w:p>
    <w:p>
      <w:pPr>
        <w:pStyle w:val="ListBullet"/>
      </w:pPr>
      <w:r>
        <w:t>Legal name and EIN</w:t>
      </w:r>
    </w:p>
    <w:p>
      <w:pPr>
        <w:pStyle w:val="ListBullet"/>
      </w:pPr>
      <w:r>
        <w:t>Donor name and date of gift</w:t>
      </w:r>
    </w:p>
    <w:p>
      <w:pPr>
        <w:pStyle w:val="ListBullet"/>
      </w:pPr>
      <w:r>
        <w:t>Cash amount, or description (no value) for property</w:t>
      </w:r>
    </w:p>
    <w:p>
      <w:pPr>
        <w:pStyle w:val="ListBullet"/>
      </w:pPr>
      <w:r>
        <w:t>Goods or services statement, with estimate if any</w:t>
      </w:r>
    </w:p>
    <w:p>
      <w:pPr>
        <w:pStyle w:val="ListBullet"/>
      </w:pPr>
      <w:r>
        <w:t>Deductible amount for payments over $75 with a benefit</w:t>
      </w:r>
    </w:p>
    <w:p>
      <w:pPr>
        <w:pStyle w:val="ListBullet"/>
      </w:pPr>
      <w:r>
        <w:t>Sent before the donor files; copy kept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