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Charity auction forms</w:t>
      </w:r>
    </w:p>
    <w:p>
      <w:r>
        <w:t>From The Nonprofit Guide, thenonprofitguide.com/guides/charity-auction/. Bid sheet, item donation form and winner's statement. General information, not tax advice.</w:t>
      </w:r>
    </w:p>
    <w:p>
      <w:pPr>
        <w:pStyle w:val="Heading2"/>
      </w:pPr>
      <w:r>
        <w:t>1. Bid sheet</w:t>
      </w:r>
    </w:p>
    <w:p>
      <w:r>
        <w:t>Item number: ____   Item: ______________________________</w:t>
      </w:r>
    </w:p>
    <w:p>
      <w:r>
        <w:t>Donated by: ______________________________</w:t>
      </w:r>
    </w:p>
    <w:p>
      <w:r>
        <w:t>Estimated fair market value: $______</w:t>
      </w:r>
    </w:p>
    <w:p>
      <w:r>
        <w:t>Opening bid: $______   Minimum increment: $______</w:t>
      </w:r>
    </w:p>
    <w:p>
      <w:r>
        <w:t>Buy-it-now price (optional): $______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Bidder number</w:t>
            </w:r>
          </w:p>
        </w:tc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Bid amount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2. Item donation form</w:t>
      </w:r>
    </w:p>
    <w:p>
      <w:r>
        <w:t>Donor name: ______________________________</w:t>
      </w:r>
    </w:p>
    <w:p>
      <w:r>
        <w:t>Business (if any): ______________________________</w:t>
      </w:r>
    </w:p>
    <w:p>
      <w:r>
        <w:t>Address, email, phone: ______________________________</w:t>
      </w:r>
    </w:p>
    <w:p>
      <w:r>
        <w:t>Item or service: ______________________________</w:t>
      </w:r>
    </w:p>
    <w:p>
      <w:r>
        <w:t>Restrictions or expiry date: ______________________________</w:t>
      </w:r>
    </w:p>
    <w:p>
      <w:r>
        <w:t>Donor's estimate of value: $______ (used to inform bidders; the donor determines any deduction)</w:t>
      </w:r>
    </w:p>
    <w:p>
      <w:r>
        <w:t>Goods / Services / Use of property (circle one). Donated services and use of property are not deductible.</w:t>
      </w:r>
    </w:p>
    <w:p>
      <w:r>
        <w:t>If you will claim more than $5,000 for this item, please tell us: we may need to sign your Form 8283 and file Form 8282 if it is sold.</w:t>
      </w:r>
    </w:p>
    <w:p>
      <w:r>
        <w:t>Signature: ____________________   Date: __________</w:t>
      </w:r>
    </w:p>
    <w:p>
      <w:pPr>
        <w:pStyle w:val="Heading2"/>
      </w:pPr>
      <w:r>
        <w:t>3. Winner's statement</w:t>
      </w:r>
    </w:p>
    <w:p>
      <w:r>
        <w:t>[Charity name] | EIN [00-0000000]</w:t>
      </w:r>
    </w:p>
    <w:p>
      <w:r>
        <w:t>[Date]</w:t>
      </w:r>
    </w:p>
    <w:p>
      <w:r>
        <w:t>Dear [Name],</w:t>
      </w:r>
    </w:p>
    <w:p>
      <w:r>
        <w:t>Thank you for your winning bid of $[amount] for [item] at [event] on [date].</w:t>
      </w:r>
    </w:p>
    <w:p>
      <w:r>
        <w:t>The estimated fair market value of this item is $[value]. The amount of your payment that may be deductible as a charitable contribution is limited to the excess of your payment over that value: $[amount minus value]. If you paid no more than the value, no part of the payment is deductible.</w:t>
      </w:r>
    </w:p>
    <w:p>
      <w:r>
        <w:t>[Name, title]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