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Board resolution templates</w:t>
      </w:r>
    </w:p>
    <w:p>
      <w:r>
        <w:t>From The Nonprofit Guide, thenonprofitguide.com/templates/board-resolution/. Templates, not legal advice. Check your state law, your bylaws and any form your bank requires.</w:t>
      </w:r>
    </w:p>
    <w:p>
      <w:pPr>
        <w:pStyle w:val="Heading2"/>
      </w:pPr>
      <w:r>
        <w:t>General resolution (any decision)</w:t>
      </w:r>
    </w:p>
    <w:p>
      <w:r>
        <w:rPr>
          <w:b/>
        </w:rPr>
        <w:t>RESOLUTION OF THE BOARD OF DIRECTORS OF [ORGANIZATION NAME], a [State] nonprofit corporation</w:t>
      </w:r>
    </w:p>
    <w:p>
      <w:r>
        <w:t>Resolution number: [YYYY-NN]</w:t>
      </w:r>
    </w:p>
    <w:p>
      <w:r>
        <w:t>Adopted at a [regular / special] meeting held on [date], at which a quorum was present.</w:t>
      </w:r>
    </w:p>
    <w:p>
      <w:r>
        <w:t>WHEREAS, [one or two sentences of background: why the decision is needed];</w:t>
      </w:r>
    </w:p>
    <w:p>
      <w:r>
        <w:t>WHEREAS, [any further fact the board relied on, such as a report, quote or recommendation];</w:t>
      </w:r>
    </w:p>
    <w:p>
      <w:r>
        <w:t>NOW, THEREFORE, BE IT RESOLVED, that the Board of Directors [states exactly what is approved, with amounts, dates and parties];</w:t>
      </w:r>
    </w:p>
    <w:p>
      <w:r>
        <w:t>FURTHER RESOLVED, that [name or title] is authorized to sign any documents and take any actions needed to carry out this resolution.</w:t>
      </w:r>
    </w:p>
    <w:p>
      <w:r>
        <w:t>Votes: [number] in favor, [number] against, [number] abstaining. Directors who declared a conflict and left the room: [names or none].</w:t>
      </w:r>
    </w:p>
    <w:p>
      <w:r>
        <w:t>Certified by: ______________________ [Name], Secretary   Date: ________</w:t>
      </w:r>
    </w:p>
    <w:p/>
    <w:p>
      <w:r>
        <w:t>SECRETARY'S CERTIFICATE: I certify that the above resolution was adopted by the Board of Directors on [date] at a meeting at which a quorum was present, and that it remains in full force.</w:t>
      </w:r>
    </w:p>
    <w:p>
      <w:r>
        <w:t>______________________ [Name], Secretary   Date: __________</w:t>
      </w:r>
    </w:p>
    <w:p>
      <w:r>
        <w:br w:type="page"/>
      </w:r>
    </w:p>
    <w:p>
      <w:pPr>
        <w:pStyle w:val="Heading2"/>
      </w:pPr>
      <w:r>
        <w:t>Banking resolution (opening an account and naming signers)</w:t>
      </w:r>
    </w:p>
    <w:p>
      <w:r>
        <w:rPr>
          <w:b/>
        </w:rPr>
        <w:t>RESOLUTION OF THE BOARD OF DIRECTORS OF [ORGANIZATION NAME], a [State] nonprofit corporation</w:t>
      </w:r>
    </w:p>
    <w:p>
      <w:r>
        <w:t>RESOLVED, that the corporation open [a checking / savings / money market] account with [Bank name] (the "Bank"), and that the Bank's standard account agreement and resolution form be adopted as if set out in full;</w:t>
      </w:r>
    </w:p>
    <w:p>
      <w:r>
        <w:t>FURTHER RESOLVED, that the following officers are authorized signers on the account: [Name, title]; [Name, title]; [Name, title];</w:t>
      </w:r>
    </w:p>
    <w:p>
      <w:r>
        <w:t>FURTHER RESOLVED, that checks and withdrawals over $[amount] require the signatures of two authorized signers;</w:t>
      </w:r>
    </w:p>
    <w:p>
      <w:r>
        <w:t>FURTHER RESOLVED, that [title] may give the Bank instructions on online banking access, and that these authorities remain in force until the Bank receives written notice of a change.</w:t>
      </w:r>
    </w:p>
    <w:p>
      <w:r>
        <w:t>Certified by the Secretary, who confirms that the resolution was adopted on [date] and has not been revoked.</w:t>
      </w:r>
    </w:p>
    <w:p/>
    <w:p>
      <w:r>
        <w:t>SECRETARY'S CERTIFICATE: I certify that the above resolution was adopted by the Board of Directors on [date] at a meeting at which a quorum was present, and that it remains in full force.</w:t>
      </w:r>
    </w:p>
    <w:p>
      <w:r>
        <w:t>______________________ [Name], Secretary   Date: __________</w:t>
      </w:r>
    </w:p>
    <w:p>
      <w:r>
        <w:br w:type="page"/>
      </w:r>
    </w:p>
    <w:p>
      <w:pPr>
        <w:pStyle w:val="Heading2"/>
      </w:pPr>
      <w:r>
        <w:t>Changing bank signers</w:t>
      </w:r>
    </w:p>
    <w:p>
      <w:r>
        <w:rPr>
          <w:b/>
        </w:rPr>
        <w:t>RESOLUTION OF THE BOARD OF DIRECTORS OF [ORGANIZATION NAME], a [State] nonprofit corporation</w:t>
      </w:r>
    </w:p>
    <w:p>
      <w:r>
        <w:t>RESOLVED, that [Name, former title] is removed as an authorized signer on all accounts of the corporation with [Bank name], effective [date];</w:t>
      </w:r>
    </w:p>
    <w:p>
      <w:r>
        <w:t>FURTHER RESOLVED, that [Name, new title] is added as an authorized signer on those accounts, effective [date];</w:t>
      </w:r>
    </w:p>
    <w:p>
      <w:r>
        <w:t>FURTHER RESOLVED, that the Secretary is directed to deliver a certified copy of this resolution to the Bank.</w:t>
      </w:r>
    </w:p>
    <w:p/>
    <w:p>
      <w:r>
        <w:t>SECRETARY'S CERTIFICATE: I certify that the above resolution was adopted by the Board of Directors on [date] at a meeting at which a quorum was present, and that it remains in full force.</w:t>
      </w:r>
    </w:p>
    <w:p>
      <w:r>
        <w:t>______________________ [Name], Secretary   Date: __________</w:t>
      </w:r>
    </w:p>
    <w:p>
      <w:r>
        <w:br w:type="page"/>
      </w:r>
    </w:p>
    <w:p>
      <w:pPr>
        <w:pStyle w:val="Heading2"/>
      </w:pPr>
      <w:r>
        <w:t>Unanimous written consent (action without a meeting)</w:t>
      </w:r>
    </w:p>
    <w:p>
      <w:r>
        <w:rPr>
          <w:b/>
        </w:rPr>
        <w:t>RESOLUTION OF THE BOARD OF DIRECTORS OF [ORGANIZATION NAME], a [State] nonprofit corporation</w:t>
      </w:r>
    </w:p>
    <w:p>
      <w:r>
        <w:t>ACTION BY UNANIMOUS WRITTEN CONSENT OF THE BOARD OF DIRECTORS OF [ORGANIZATION NAME]</w:t>
      </w:r>
    </w:p>
    <w:p>
      <w:r>
        <w:t>The undersigned, being all the directors of [Organization Name], a [State] nonprofit corporation, consent to the adoption of the following resolution without a meeting, as permitted by [state statute] and Article [__] of the bylaws:</w:t>
      </w:r>
    </w:p>
    <w:p>
      <w:r>
        <w:t>RESOLVED, that [the action being approved];</w:t>
      </w:r>
    </w:p>
    <w:p>
      <w:r>
        <w:t>This consent may be signed in counterparts and by electronic signature, and is effective when signed by all directors. It shall be filed with the minutes of the proceedings of the board.</w:t>
      </w:r>
    </w:p>
    <w:p>
      <w:r>
        <w:t>[Director name] ______________ Date ______ (one line for every director)</w:t>
      </w:r>
    </w:p>
    <w:p>
      <w:r>
        <w:br w:type="page"/>
      </w:r>
    </w:p>
    <w:p>
      <w:pPr>
        <w:pStyle w:val="Heading2"/>
      </w:pPr>
      <w:r>
        <w:t>Adopting a policy</w:t>
      </w:r>
    </w:p>
    <w:p>
      <w:r>
        <w:rPr>
          <w:b/>
        </w:rPr>
        <w:t>RESOLUTION OF THE BOARD OF DIRECTORS OF [ORGANIZATION NAME], a [State] nonprofit corporation</w:t>
      </w:r>
    </w:p>
    <w:p>
      <w:r>
        <w:t>WHEREAS, the Board has reviewed the attached [Conflict of Interest / Whistleblower / Document Retention / Gift Acceptance] Policy;</w:t>
      </w:r>
    </w:p>
    <w:p>
      <w:r>
        <w:t>RESOLVED, that the Board adopts the attached policy, effective [date];</w:t>
      </w:r>
    </w:p>
    <w:p>
      <w:r>
        <w:t>FURTHER RESOLVED, that each director and officer shall sign the annual statement required by the policy, and that the Secretary shall keep the signed statements with the corporate records;</w:t>
      </w:r>
    </w:p>
    <w:p>
      <w:r>
        <w:t>FURTHER RESOLVED, that the Board shall review the policy at least every [one / two] years.</w:t>
      </w:r>
    </w:p>
    <w:p/>
    <w:p>
      <w:r>
        <w:t>SECRETARY'S CERTIFICATE: I certify that the above resolution was adopted by the Board of Directors on [date] at a meeting at which a quorum was present, and that it remains in full force.</w:t>
      </w:r>
    </w:p>
    <w:p>
      <w:r>
        <w:t>______________________ [Name], Secretary   Date: __________</w:t>
      </w:r>
    </w:p>
    <w:p>
      <w:r>
        <w:br w:type="page"/>
      </w:r>
    </w:p>
    <w:p>
      <w:pPr>
        <w:pStyle w:val="Heading2"/>
      </w:pPr>
      <w:r>
        <w:t>Approving executive compensation</w:t>
      </w:r>
    </w:p>
    <w:p>
      <w:r>
        <w:rPr>
          <w:b/>
        </w:rPr>
        <w:t>RESOLUTION OF THE BOARD OF DIRECTORS OF [ORGANIZATION NAME], a [State] nonprofit corporation</w:t>
      </w:r>
    </w:p>
    <w:p>
      <w:r>
        <w:t>Approved by the [Board / Compensation Committee] at a meeting on [date]. Members present for the discussion: [names]. Members voting: [names].</w:t>
      </w:r>
    </w:p>
    <w:p>
      <w:r>
        <w:t>Members with a conflict of interest (including the executive): [names]. Each left the meeting before discussion and the vote.</w:t>
      </w:r>
    </w:p>
    <w:p>
      <w:r>
        <w:t>WHEREAS, the [Board / Committee] reviewed the following comparability data: [e.g. compensation of [number] similar organizations from their Forms 990, a salary survey, written offers from similar organizations], obtained by [how];</w:t>
      </w:r>
    </w:p>
    <w:p>
      <w:r>
        <w:t>RESOLVED, that the total compensation of [Name], [title], for the period [dates] is approved as follows: base salary $[amount]; benefits [describe]; other [describe], for a total of $[amount];</w:t>
      </w:r>
    </w:p>
    <w:p>
      <w:r>
        <w:t>FURTHER RESOLVED, that the [Board / Committee] finds this compensation reasonable based on the data above, for the following reasons: [reasons, especially if above the range in the data].</w:t>
      </w:r>
    </w:p>
    <w:p>
      <w:r>
        <w:t>Minutes and this resolution prepared on [date], before the later of the next meeting or 60 days after this decision, and approved by the [Board / Committee] on [date].</w:t>
      </w:r>
    </w:p>
    <w:p/>
    <w:p>
      <w:r>
        <w:t>SECRETARY'S CERTIFICATE: I certify that the above resolution was adopted by the Board of Directors on [date] at a meeting at which a quorum was present, and that it remains in full force.</w:t>
      </w:r>
    </w:p>
    <w:p>
      <w:r>
        <w:t>______________________ [Name], Secretary   Date: __________</w:t>
      </w:r>
    </w:p>
    <w:p>
      <w:r>
        <w:br w:type="page"/>
      </w:r>
    </w:p>
    <w:p>
      <w:pPr>
        <w:pStyle w:val="Heading2"/>
      </w:pPr>
      <w:r>
        <w:t>Authorizing a contract</w:t>
      </w:r>
    </w:p>
    <w:p>
      <w:r>
        <w:rPr>
          <w:b/>
        </w:rPr>
        <w:t>RESOLUTION OF THE BOARD OF DIRECTORS OF [ORGANIZATION NAME], a [State] nonprofit corporation</w:t>
      </w:r>
    </w:p>
    <w:p>
      <w:r>
        <w:t>WHEREAS, the corporation wishes to enter into a [lease / services agreement / purchase] with [counterparty] for [purpose], at a total cost of $[amount] over [term];</w:t>
      </w:r>
    </w:p>
    <w:p>
      <w:r>
        <w:t>WHEREAS, no director or officer has a financial interest in the counterparty [or: Director [Name] disclosed an interest and did not take part];</w:t>
      </w:r>
    </w:p>
    <w:p>
      <w:r>
        <w:t>RESOLVED, that the agreement is approved substantially on the terms presented to the Board, and [title] is authorized to sign it on behalf of the corporation.</w:t>
      </w:r>
    </w:p>
    <w:p/>
    <w:p>
      <w:r>
        <w:t>SECRETARY'S CERTIFICATE: I certify that the above resolution was adopted by the Board of Directors on [date] at a meeting at which a quorum was present, and that it remains in full force.</w:t>
      </w:r>
    </w:p>
    <w:p>
      <w:r>
        <w:t>______________________ [Name], Secretary   Date: __________</w:t>
      </w:r>
    </w:p>
    <w:p>
      <w:r>
        <w:br w:type="page"/>
      </w:r>
    </w:p>
    <w:p>
      <w:pPr>
        <w:pStyle w:val="Heading2"/>
      </w:pPr>
      <w:r>
        <w:t>Borrowing or opening a line of credit</w:t>
      </w:r>
    </w:p>
    <w:p>
      <w:r>
        <w:rPr>
          <w:b/>
        </w:rPr>
        <w:t>RESOLUTION OF THE BOARD OF DIRECTORS OF [ORGANIZATION NAME], a [State] nonprofit corporation</w:t>
      </w:r>
    </w:p>
    <w:p>
      <w:r>
        <w:t>RESOLVED, that the corporation borrow up to $[amount] from [lender] on the terms presented to the Board, including an interest rate of [rate] and repayment by [date];</w:t>
      </w:r>
    </w:p>
    <w:p>
      <w:r>
        <w:t>FURTHER RESOLVED, that [title] and [title] are authorized to sign the loan agreement, any security documents and any related certificates;</w:t>
      </w:r>
    </w:p>
    <w:p>
      <w:r>
        <w:t>FURTHER RESOLVED, that no loan shall be made to or from any director or officer without separate Board approval under the conflict of interest policy.</w:t>
      </w:r>
    </w:p>
    <w:p/>
    <w:p>
      <w:r>
        <w:t>SECRETARY'S CERTIFICATE: I certify that the above resolution was adopted by the Board of Directors on [date] at a meeting at which a quorum was present, and that it remains in full force.</w:t>
      </w:r>
    </w:p>
    <w:p>
      <w:r>
        <w:t>______________________ [Name], Secretary   Date: __________</w:t>
      </w:r>
    </w:p>
    <w:p>
      <w:r>
        <w:br w:type="page"/>
      </w:r>
    </w:p>
    <w:p>
      <w:pPr>
        <w:pStyle w:val="Heading2"/>
      </w:pPr>
      <w:r>
        <w:t>Electing directors and officers</w:t>
      </w:r>
    </w:p>
    <w:p>
      <w:r>
        <w:rPr>
          <w:b/>
        </w:rPr>
        <w:t>RESOLUTION OF THE BOARD OF DIRECTORS OF [ORGANIZATION NAME], a [State] nonprofit corporation</w:t>
      </w:r>
    </w:p>
    <w:p>
      <w:r>
        <w:t>RESOLVED, that the following persons are elected as directors for terms ending [date]: [names];</w:t>
      </w:r>
    </w:p>
    <w:p>
      <w:r>
        <w:t>FURTHER RESOLVED, that the following persons are elected as officers for terms ending [date]: [Name], Chair; [Name], Vice Chair; [Name], Secretary; [Name], Treasurer.</w:t>
      </w:r>
    </w:p>
    <w:p/>
    <w:p>
      <w:r>
        <w:t>SECRETARY'S CERTIFICATE: I certify that the above resolution was adopted by the Board of Directors on [date] at a meeting at which a quorum was present, and that it remains in full force.</w:t>
      </w:r>
    </w:p>
    <w:p>
      <w:r>
        <w:t>______________________ [Name], Secretary   Date: __________</w:t>
      </w:r>
    </w:p>
    <w:p>
      <w:r>
        <w:br w:type="page"/>
      </w:r>
    </w:p>
    <w:p>
      <w:pPr>
        <w:pStyle w:val="Heading2"/>
      </w:pPr>
      <w:r>
        <w:t>Amending the bylaws</w:t>
      </w:r>
    </w:p>
    <w:p>
      <w:r>
        <w:rPr>
          <w:b/>
        </w:rPr>
        <w:t>RESOLUTION OF THE BOARD OF DIRECTORS OF [ORGANIZATION NAME], a [State] nonprofit corporation</w:t>
      </w:r>
    </w:p>
    <w:p>
      <w:r>
        <w:t>WHEREAS, Article [__] of the bylaws permits amendment by [a two-thirds / majority] vote of the directors [with notice of the proposed amendment given at least [__] days before the meeting];</w:t>
      </w:r>
    </w:p>
    <w:p>
      <w:r>
        <w:t>RESOLVED, that Article [__], Section [__] of the bylaws is amended to read as follows: [full new text];</w:t>
      </w:r>
    </w:p>
    <w:p>
      <w:r>
        <w:t>FURTHER RESOLVED, that the Secretary shall attach the amended bylaws to the minutes and report the change on the next Form 990.</w:t>
      </w:r>
    </w:p>
    <w:p/>
    <w:p>
      <w:r>
        <w:t>SECRETARY'S CERTIFICATE: I certify that the above resolution was adopted by the Board of Directors on [date] at a meeting at which a quorum was present, and that it remains in full force.</w:t>
      </w:r>
    </w:p>
    <w:p>
      <w:r>
        <w:t>______________________ [Name], Secretary   Date: __________</w:t>
      </w:r>
    </w:p>
    <w:p>
      <w:r>
        <w:br w:type="page"/>
      </w:r>
    </w:p>
    <w:p>
      <w:pPr>
        <w:pStyle w:val="Heading2"/>
      </w:pPr>
      <w:r>
        <w:t>Approving the annual budget</w:t>
      </w:r>
    </w:p>
    <w:p>
      <w:r>
        <w:rPr>
          <w:b/>
        </w:rPr>
        <w:t>RESOLUTION OF THE BOARD OF DIRECTORS OF [ORGANIZATION NAME], a [State] nonprofit corporation</w:t>
      </w:r>
    </w:p>
    <w:p>
      <w:r>
        <w:t>RESOLVED, that the operating budget for the fiscal year beginning [date], showing total revenue of $[amount] and total expenses of $[amount], is approved;</w:t>
      </w:r>
    </w:p>
    <w:p>
      <w:r>
        <w:t>FURTHER RESOLVED, that the executive director may move up to [percent]% between expense lines without further approval, and shall report variances to the Board [quarterly].</w:t>
      </w:r>
    </w:p>
    <w:p/>
    <w:p>
      <w:r>
        <w:t>SECRETARY'S CERTIFICATE: I certify that the above resolution was adopted by the Board of Directors on [date] at a meeting at which a quorum was present, and that it remains in full force.</w:t>
      </w:r>
    </w:p>
    <w:p>
      <w:r>
        <w:t>______________________ [Name], Secretary   Date: __________</w:t>
      </w:r>
    </w:p>
    <w:p>
      <w:r>
        <w:br w:type="page"/>
      </w:r>
    </w:p>
    <w:p>
      <w:pPr>
        <w:pStyle w:val="Heading2"/>
      </w:pPr>
      <w:r>
        <w:t>Authorizing a grant application</w:t>
      </w:r>
    </w:p>
    <w:p>
      <w:r>
        <w:rPr>
          <w:b/>
        </w:rPr>
        <w:t>RESOLUTION OF THE BOARD OF DIRECTORS OF [ORGANIZATION NAME], a [State] nonprofit corporation</w:t>
      </w:r>
    </w:p>
    <w:p>
      <w:r>
        <w:t>RESOLVED, that the corporation apply to [funder] for a grant of up to $[amount] for [project];</w:t>
      </w:r>
    </w:p>
    <w:p>
      <w:r>
        <w:t>FURTHER RESOLVED, that [title] is authorized to sign the application and, if awarded, the grant agreement, and to accept the funds on behalf of the corporation;</w:t>
      </w:r>
    </w:p>
    <w:p>
      <w:r>
        <w:t>FURTHER RESOLVED, that the corporation commits [matching funds of $[amount] / in-kind support of [describe]] if the grant is awarded.</w:t>
      </w:r>
    </w:p>
    <w:p/>
    <w:p>
      <w:r>
        <w:t>SECRETARY'S CERTIFICATE: I certify that the above resolution was adopted by the Board of Directors on [date] at a meeting at which a quorum was present, and that it remains in full force.</w:t>
      </w:r>
    </w:p>
    <w:p>
      <w:r>
        <w:t>______________________ [Name], Secretary   Date: __________</w:t>
      </w:r>
    </w:p>
    <w:p>
      <w:r>
        <w:br w:type="page"/>
      </w:r>
    </w:p>
    <w:p>
      <w:pPr>
        <w:pStyle w:val="Heading2"/>
      </w:pPr>
      <w:r>
        <w:t>Opening a new location, programme or subsidiary</w:t>
      </w:r>
    </w:p>
    <w:p>
      <w:r>
        <w:rPr>
          <w:b/>
        </w:rPr>
        <w:t>RESOLUTION OF THE BOARD OF DIRECTORS OF [ORGANIZATION NAME], a [State] nonprofit corporation</w:t>
      </w:r>
    </w:p>
    <w:p>
      <w:r>
        <w:t>RESOLVED, that the corporation establish [programme / office / single-member LLC] for [purpose], consistent with its exempt purposes;</w:t>
      </w:r>
    </w:p>
    <w:p>
      <w:r>
        <w:t>FURTHER RESOLVED, that [title] is authorized to take the steps needed, including registrations and filings, within a budget of $[amount].</w:t>
      </w:r>
    </w:p>
    <w:p/>
    <w:p>
      <w:r>
        <w:t>SECRETARY'S CERTIFICATE: I certify that the above resolution was adopted by the Board of Directors on [date] at a meeting at which a quorum was present, and that it remains in full force.</w:t>
      </w:r>
    </w:p>
    <w:p>
      <w:r>
        <w:t>______________________ [Name], Secretary   Date: __________</w:t>
      </w:r>
    </w:p>
    <w:p>
      <w:r>
        <w:br w:type="page"/>
      </w:r>
    </w:p>
    <w:p>
      <w:pPr>
        <w:pStyle w:val="Heading2"/>
      </w:pPr>
      <w:r>
        <w:t>Dissolution (first step)</w:t>
      </w:r>
    </w:p>
    <w:p>
      <w:r>
        <w:rPr>
          <w:b/>
        </w:rPr>
        <w:t>RESOLUTION OF THE BOARD OF DIRECTORS OF [ORGANIZATION NAME], a [State] nonprofit corporation</w:t>
      </w:r>
    </w:p>
    <w:p>
      <w:r>
        <w:t>WHEREAS, the Board has concluded that [reason];</w:t>
      </w:r>
    </w:p>
    <w:p>
      <w:r>
        <w:t>RESOLVED, that the Board recommends that the corporation be dissolved and adopts the attached plan of dissolution, including the distribution of remaining assets to [name of 501(c)(3) organization or organizations] as required by the articles of incorporation;</w:t>
      </w:r>
    </w:p>
    <w:p>
      <w:r>
        <w:t>FURTHER RESOLVED, that [the plan be submitted to the members for approval / the officers give notice to the state Attorney General as required by state law] and that [title] is authorized to file articles of dissolution when the conditions are met.</w:t>
      </w:r>
    </w:p>
    <w:p/>
    <w:p>
      <w:r>
        <w:t>SECRETARY'S CERTIFICATE: I certify that the above resolution was adopted by the Board of Directors on [date] at a meeting at which a quorum was present, and that it remains in full force.</w:t>
      </w:r>
    </w:p>
    <w:p>
      <w:r>
        <w:t>______________________ [Name], Secretary   Date: __________</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