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Board recruitment pack</w:t>
      </w:r>
    </w:p>
    <w:p>
      <w:r>
        <w:t>From The Nonprofit Guide, thenonprofitguide.com/guides/how-to-recruit-board-members/. Templates, not legal advice.</w:t>
      </w:r>
    </w:p>
    <w:p>
      <w:pPr>
        <w:pStyle w:val="Heading2"/>
      </w:pPr>
      <w:r>
        <w:t>Board member role description</w:t>
      </w:r>
    </w:p>
    <w:p>
      <w:r>
        <w:t>Organization and mission: ______________________________</w:t>
      </w:r>
    </w:p>
    <w:p>
      <w:r>
        <w:t>What the board does: sets direction, oversees finances, hires and supports the executive director, raises money.</w:t>
      </w:r>
    </w:p>
    <w:p>
      <w:r>
        <w:t>Meetings: ___ times a year, ___ hours each. Committees: ____</w:t>
      </w:r>
    </w:p>
    <w:p>
      <w:r>
        <w:t>Term: ___ years, up to ___ consecutive terms.</w:t>
      </w:r>
    </w:p>
    <w:p>
      <w:r>
        <w:t>Giving and fundraising expectation: ______________________</w:t>
      </w:r>
    </w:p>
    <w:p>
      <w:r>
        <w:t>Time: about ___ hours a month.</w:t>
      </w:r>
    </w:p>
    <w:p>
      <w:r>
        <w:t>What we offer: orientation, a board buddy, D&amp;O insurance, reimbursed expenses.</w:t>
      </w:r>
    </w:p>
    <w:p>
      <w:pPr>
        <w:pStyle w:val="Heading2"/>
      </w:pPr>
      <w:r>
        <w:t>First outreach email</w:t>
      </w:r>
    </w:p>
    <w:p>
      <w:r>
        <w:t>Subject: [Organization] board: would you talk with us?</w:t>
      </w:r>
    </w:p>
    <w:p>
      <w:r>
        <w:t>Dear [Name],</w:t>
      </w:r>
    </w:p>
    <w:p>
      <w:r>
        <w:t>[Mutual contact] suggested I get in touch. I chair the board of [Organization], which [one sentence on the mission and its results].</w:t>
      </w:r>
    </w:p>
    <w:p>
      <w:r>
        <w:t>We are looking for one or two new board members with experience in [skill], and your work at [their organization] stood out. Would you be open to a 30-minute conversation, with no commitment, to hear about the organization and what board service involves?</w:t>
      </w:r>
    </w:p>
    <w:p>
      <w:r>
        <w:t>Board members meet [number] times a year, serve [number]-year terms and are asked to [giving and fundraising expectation].</w:t>
      </w:r>
    </w:p>
    <w:p>
      <w:r>
        <w:t>Thank you for considering it.</w:t>
      </w:r>
    </w:p>
    <w:p>
      <w:r>
        <w:t>[Your name], Chair, [Organization]</w:t>
      </w:r>
    </w:p>
    <w:p>
      <w:pPr>
        <w:pStyle w:val="Heading2"/>
      </w:pPr>
      <w:r>
        <w:t>Phone or meeting script</w:t>
      </w:r>
    </w:p>
    <w:p>
      <w:r>
        <w:t>Thank them for their time, and ask what they know about the organization already.</w:t>
      </w:r>
    </w:p>
    <w:p>
      <w:r>
        <w:t>Tell one short story about the work and one current challenge the board is working on.</w:t>
      </w:r>
    </w:p>
    <w:p>
      <w:r>
        <w:t>Explain the role plainly: meetings, committees, term, the giving expectation, and roughly how many hours a month.</w:t>
      </w:r>
    </w:p>
    <w:p>
      <w:r>
        <w:t>Ask what interests them, what else they are committed to, and what they would want to get out of serving.</w:t>
      </w:r>
    </w:p>
    <w:p>
      <w:r>
        <w:t>Invite a next step: a site visit, a committee meeting or a board meeting as a guest. Do not ask for a yes on the first call.</w:t>
      </w:r>
    </w:p>
    <w:p>
      <w:pPr>
        <w:pStyle w:val="Heading2"/>
      </w:pPr>
      <w:r>
        <w:t>Declining a candidate graciously</w:t>
      </w:r>
    </w:p>
    <w:p>
      <w:r>
        <w:t>Dear [Name],</w:t>
      </w:r>
    </w:p>
    <w:p>
      <w:r>
        <w:t>Thank you for the time you have given us over the past few weeks. After talking with several candidates, the board has decided to focus this year on [specific skill or need], so we will not be nominating you at this stage.</w:t>
      </w:r>
    </w:p>
    <w:p>
      <w:r>
        <w:t>We would very much like to keep you involved, and wondered if you would consider joining our [committee or volunteer role]. I will be in touch again when we next recruit.</w:t>
      </w:r>
    </w:p>
    <w:p>
      <w:r>
        <w:t>[Your name]</w:t>
      </w:r>
    </w:p>
    <w:p>
      <w:pPr>
        <w:pStyle w:val="Heading2"/>
      </w:pPr>
      <w:r>
        <w:t>Conflict of interest questionnaire</w:t>
      </w:r>
    </w:p>
    <w:p>
      <w:pPr>
        <w:pStyle w:val="ListNumber"/>
      </w:pPr>
      <w:r>
        <w:t>Are you, or is any member of your family, an employee, contractor or supplier of the organization?   Yes / No. Details: ____________</w:t>
      </w:r>
    </w:p>
    <w:p>
      <w:pPr>
        <w:pStyle w:val="ListNumber"/>
      </w:pPr>
      <w:r>
        <w:t>Do you, or does a family member, have a business relationship with any current director, officer or senior staff member?   Yes / No. Details: ____________</w:t>
      </w:r>
    </w:p>
    <w:p>
      <w:pPr>
        <w:pStyle w:val="ListNumber"/>
      </w:pPr>
      <w:r>
        <w:t>Do you serve on the board of, or work for, an organization that competes with us for funding or contracts?   Yes / No. Details: ____________</w:t>
      </w:r>
    </w:p>
    <w:p>
      <w:pPr>
        <w:pStyle w:val="ListNumber"/>
      </w:pPr>
      <w:r>
        <w:t>Have you received, or do you expect to receive, any payment from the organization other than reimbursed expenses?   Yes / No. Details: ____________</w:t>
      </w:r>
    </w:p>
    <w:p>
      <w:pPr>
        <w:pStyle w:val="ListNumber"/>
      </w:pPr>
      <w:r>
        <w:t>Is there anything else that could reasonably be seen as a conflict of interest?   Yes / No. Details: ____________</w:t>
      </w:r>
    </w:p>
    <w:p>
      <w:r>
        <w:t>Signature: ____________________   Date: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