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[ORGANIZATION NAME] STRATEGIC PLAN</w:t>
      </w:r>
    </w:p>
    <w:p>
      <w:r>
        <w:rPr>
          <w:i/>
          <w:color w:val="5C6775"/>
          <w:sz w:val="20"/>
        </w:rPr>
        <w:t>[START YEAR] to [END YEAR], adopted by the board on [DATE]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Three years is the usual horizon. Five is common and mostly aspirational, because year four and five of a small organization's plan are rarely acted on.</w:t>
      </w:r>
    </w:p>
    <w:p>
      <w:pPr>
        <w:pStyle w:val="ListBullet"/>
      </w:pPr>
      <w:r>
        <w:rPr>
          <w:color w:val="5C6775"/>
          <w:sz w:val="19"/>
        </w:rPr>
        <w:t>Three to five priorities. A plan with nine priorities has none, and staff will quietly choose for you.</w:t>
      </w:r>
    </w:p>
    <w:p>
      <w:pPr>
        <w:pStyle w:val="ListBullet"/>
      </w:pPr>
      <w:r>
        <w:rPr>
          <w:color w:val="5C6775"/>
          <w:sz w:val="19"/>
        </w:rPr>
        <w:t>Every priority needs a named owner and a measure. Without both, this is a statement of hopes.</w:t>
      </w:r>
    </w:p>
    <w:p>
      <w:pPr>
        <w:pStyle w:val="ListBullet"/>
      </w:pPr>
      <w:r>
        <w:rPr>
          <w:color w:val="5C6775"/>
          <w:sz w:val="19"/>
        </w:rPr>
        <w:t>Put the review dates in the board calendar before you adopt it. Plans die from never being looked at again, not from being wrong.</w:t>
      </w:r>
    </w:p>
    <w:p>
      <w:r>
        <w:rPr>
          <w:b/>
          <w:color w:val="0F5B60"/>
          <w:sz w:val="22"/>
        </w:rPr>
        <w:t>1. MISSION</w:t>
      </w:r>
    </w:p>
    <w:p>
      <w:r>
        <w:rPr>
          <w:i/>
          <w:color w:val="5C6775"/>
          <w:sz w:val="19"/>
        </w:rPr>
        <w:t>Unchanged from your governing documents unless the board has voted to change it. If this plan requires changing the mission, say so explicitly.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2. VISION</w:t>
      </w:r>
    </w:p>
    <w:p>
      <w:r>
        <w:rPr>
          <w:i/>
          <w:color w:val="5C6775"/>
          <w:sz w:val="19"/>
        </w:rPr>
        <w:t>What the world looks like if this work succeeds. Future tense. You would be glad if someone else achieved it.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3. VALUES</w:t>
      </w:r>
    </w:p>
    <w:p>
      <w:r>
        <w:rPr>
          <w:i/>
          <w:color w:val="5C6775"/>
          <w:sz w:val="19"/>
        </w:rPr>
        <w:t>Three to five. Test each one: would you decline money, or part with a member of staff, over it? If not, it is decoration rather than a value.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4. WHERE WE ARE NOW</w:t>
      </w:r>
    </w:p>
    <w:p>
      <w:r>
        <w:rPr>
          <w:i/>
          <w:color w:val="5C6775"/>
          <w:sz w:val="19"/>
        </w:rPr>
        <w:t>An honest assessment. Include what is not working. A plan that begins by describing an organization with no problems will not be believed by anyone who works there.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Strengths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Weaknesses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0"/>
              </w:rPr>
              <w:t>Opportunities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20"/>
              </w:rPr>
              <w:t>Threats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5. STRATEGIC PRIORITIES</w:t>
      </w:r>
    </w:p>
    <w:p>
      <w:r>
        <w:rPr>
          <w:i/>
          <w:color w:val="5C6775"/>
          <w:sz w:val="19"/>
        </w:rPr>
        <w:t>Three to five. For each, repeat the block below.</w:t>
      </w:r>
    </w:p>
    <w:p/>
    <w:p>
      <w:r>
        <w:rPr>
          <w:b/>
          <w:sz w:val="21"/>
        </w:rPr>
        <w:t>Priority 1: [NAME]</w:t>
      </w:r>
    </w:p>
    <w:p>
      <w:r>
        <w:rPr>
          <w:i/>
          <w:color w:val="5C6775"/>
          <w:sz w:val="19"/>
        </w:rPr>
        <w:t>Why this matters now, in two sentences.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Goal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Target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By when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1"/>
        </w:rPr>
        <w:t>Priority 2: [NAME]</w:t>
      </w:r>
    </w:p>
    <w:p>
      <w:r>
        <w:rPr>
          <w:i/>
          <w:color w:val="5C6775"/>
          <w:sz w:val="19"/>
        </w:rPr>
        <w:t>Why this matters now, in two sentences.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Goal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Target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By when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1"/>
        </w:rPr>
        <w:t>Priority 3: [NAME]</w:t>
      </w:r>
    </w:p>
    <w:p>
      <w:r>
        <w:rPr>
          <w:i/>
          <w:color w:val="5C6775"/>
          <w:sz w:val="19"/>
        </w:rPr>
        <w:t>Why this matters now, in two sentences.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b/>
                <w:sz w:val="20"/>
              </w:rPr>
              <w:t>Goal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Target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By when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6. WHAT WE ARE NOT DOING</w:t>
      </w:r>
    </w:p>
    <w:p>
      <w:r>
        <w:rPr>
          <w:i/>
          <w:color w:val="5C6775"/>
          <w:sz w:val="19"/>
        </w:rPr>
        <w:t>The most useful section in the document and the one almost always omitted. Name what you are declining, stopping or deferring. A plan that only adds is a plan that will not be delivered by the staff you actually have.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7. WHAT THIS REQUIRES</w:t>
      </w:r>
    </w:p>
    <w:p>
      <w:r>
        <w:rPr>
          <w:i/>
          <w:color w:val="5C6775"/>
          <w:sz w:val="19"/>
        </w:rPr>
        <w:t>Money, people, systems. If the plan needs a post you cannot fund, the plan needs changing or the funding does.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Requirement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Cost or effort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How it will be met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By when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8. RISKS AND ASSUMPTIONS</w:t>
      </w:r>
    </w:p>
    <w:p>
      <w:r>
        <w:rPr>
          <w:i/>
          <w:color w:val="5C6775"/>
          <w:sz w:val="19"/>
        </w:rPr>
        <w:t>What has to remain true for this plan to work. Name the assumption you are least sure of.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9. HOW WE WILL REVIEW THIS</w:t>
      </w:r>
    </w:p>
    <w:p>
      <w:r>
        <w:rPr>
          <w:i/>
          <w:color w:val="5C6775"/>
          <w:sz w:val="19"/>
        </w:rPr>
        <w:t>Who reports, to whom, how often, and what triggers a change to the plan. Put the dates in the board calendar now.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Review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When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Who reports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To whom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Quarterly progress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Annual review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Full revision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10. ADOPTION</w:t>
      </w:r>
    </w:p>
    <w:p>
      <w:r>
        <w:rPr>
          <w:i/>
          <w:color w:val="5C6775"/>
          <w:sz w:val="19"/>
        </w:rPr>
        <w:t>Record the board vote adopting this plan, with the date, in your minutes.</w:t>
      </w:r>
    </w:p>
    <w:p/>
    <w:p>
      <w:r>
        <w:t>Adopted by the Board of Directors on: ______________________</w:t>
      </w:r>
    </w:p>
    <w:p/>
    <w:p>
      <w:r>
        <w:t>Signed: ______________________    Board Chair</w:t>
      </w:r>
    </w:p>
    <w:p/>
    <w:p>
      <w:r>
        <w:t>Signed: ______________________    Secretary</w:t>
      </w:r>
    </w:p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