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6212E"/>
          <w:sz w:val="40"/>
        </w:rPr>
        <w:t>DONATION LETTER TEMPLATES</w:t>
      </w:r>
    </w:p>
    <w:p>
      <w:r>
        <w:rPr>
          <w:i/>
          <w:color w:val="5C6775"/>
          <w:sz w:val="20"/>
        </w:rPr>
        <w:t>Six letters, with the substantiation wording built in</w:t>
      </w:r>
    </w:p>
    <w:p/>
    <w:p>
      <w:r>
        <w:rPr>
          <w:b/>
          <w:color w:val="9A5B18"/>
          <w:sz w:val="20"/>
        </w:rPr>
        <w:t>Before you use this</w:t>
      </w:r>
    </w:p>
    <w:p>
      <w:pPr>
        <w:pStyle w:val="ListBullet"/>
      </w:pPr>
      <w:r>
        <w:rPr>
          <w:color w:val="5C6775"/>
          <w:sz w:val="19"/>
        </w:rPr>
        <w:t>Letters 1 and 2 carry the wording the IRS requires for a donor to claim a deduction. Do not remove it.</w:t>
      </w:r>
    </w:p>
    <w:p>
      <w:pPr>
        <w:pStyle w:val="ListBullet"/>
      </w:pPr>
      <w:r>
        <w:rPr>
          <w:color w:val="5C6775"/>
          <w:sz w:val="19"/>
        </w:rPr>
        <w:t>Any single gift of $250 or more needs a contemporaneous written acknowledgement stating the amount and whether goods or services were provided in return.</w:t>
      </w:r>
    </w:p>
    <w:p>
      <w:pPr>
        <w:pStyle w:val="ListBullet"/>
      </w:pPr>
      <w:r>
        <w:rPr>
          <w:color w:val="5C6775"/>
          <w:sz w:val="19"/>
        </w:rPr>
        <w:t>Where a payment over $75 is partly a gift and partly a purchase, you must disclose the deductible portion. Letter 2 does this.</w:t>
      </w:r>
    </w:p>
    <w:p>
      <w:pPr>
        <w:pStyle w:val="ListBullet"/>
      </w:pPr>
      <w:r>
        <w:rPr>
          <w:color w:val="5C6775"/>
          <w:sz w:val="19"/>
        </w:rPr>
        <w:t>Send acknowledgements for every gift regardless of size. It is the contact that produces the second gift.</w:t>
      </w:r>
    </w:p>
    <w:p>
      <w:r>
        <w:rPr>
          <w:b/>
          <w:color w:val="0F5B60"/>
          <w:sz w:val="22"/>
        </w:rPr>
        <w:t>1. ACKNOWLEDGEMENT, CASH GIFT WITH NOTHING RECEIVED IN RETURN</w:t>
      </w:r>
    </w:p>
    <w:p>
      <w:r>
        <w:rPr>
          <w:i/>
          <w:color w:val="5C6775"/>
          <w:sz w:val="19"/>
        </w:rPr>
        <w:t>The standard receipt. The final sentence is the required wording.</w:t>
      </w:r>
    </w:p>
    <w:p>
      <w:r>
        <w:t>Dear [NAME],</w:t>
      </w:r>
    </w:p>
    <w:p>
      <w:r>
        <w:t>Thank you for your gift of $[AMOUNT], received on [DATE].</w:t>
      </w:r>
    </w:p>
    <w:p>
      <w:r>
        <w:t>[ONE SENTENCE SAYING WHAT THE MONEY WILL DO, SPECIFICALLY. Your gift will fund [NUMBER] [UNITS OF SOMETHING CONCRETE].]</w:t>
      </w:r>
    </w:p>
    <w:p>
      <w:r>
        <w:t>No goods or services were provided in return for this contribution.</w:t>
      </w:r>
    </w:p>
    <w:p>
      <w:r>
        <w:t>[ORGANIZATION NAME] is a nonprofit organization exempt under Section 501(c)(3) of the Internal Revenue Code. Our EIN is [EIN].</w:t>
      </w:r>
    </w:p>
    <w:p>
      <w:r>
        <w:t>With thanks,</w:t>
      </w:r>
    </w:p>
    <w:p>
      <w:r>
        <w:t>[NAME], [TITLE]</w:t>
      </w:r>
    </w:p>
    <w:p/>
    <w:p>
      <w:r>
        <w:rPr>
          <w:b/>
          <w:color w:val="0F5B60"/>
          <w:sz w:val="22"/>
        </w:rPr>
        <w:t>2. ACKNOWLEDGEMENT WHERE THE DONOR RECEIVED SOMETHING</w:t>
      </w:r>
    </w:p>
    <w:p>
      <w:r>
        <w:rPr>
          <w:i/>
          <w:color w:val="5C6775"/>
          <w:sz w:val="19"/>
        </w:rPr>
        <w:t>For event tickets, dinners, auction items and anything with a benefit attached. Only the excess over the value received is deductible.</w:t>
      </w:r>
    </w:p>
    <w:p>
      <w:r>
        <w:t>Dear [NAME],</w:t>
      </w:r>
    </w:p>
    <w:p>
      <w:r>
        <w:t>Thank you for your support of [EVENT], and for your payment of $[TOTAL] received on [DATE].</w:t>
      </w:r>
    </w:p>
    <w:p>
      <w:r>
        <w:t>In return you received [DESCRIBE: dinner, tickets, goods], with an estimated fair market value of $[VALUE]. The amount deductible as a charitable contribution is therefore $[TOTAL MINUS VALUE].</w:t>
      </w:r>
    </w:p>
    <w:p>
      <w:r>
        <w:t>[ORGANIZATION NAME] is a nonprofit organization exempt under Section 501(c)(3) of the Internal Revenue Code. Our EIN is [EIN].</w:t>
      </w:r>
    </w:p>
    <w:p>
      <w:r>
        <w:t>With thanks,</w:t>
      </w:r>
    </w:p>
    <w:p>
      <w:r>
        <w:t>[NAME], [TITLE]</w:t>
      </w:r>
    </w:p>
    <w:p/>
    <w:p>
      <w:r>
        <w:rPr>
          <w:b/>
          <w:color w:val="0F5B60"/>
          <w:sz w:val="22"/>
        </w:rPr>
        <w:t>3. ACKNOWLEDGEMENT OF A NON-CASH GIFT</w:t>
      </w:r>
    </w:p>
    <w:p>
      <w:r>
        <w:rPr>
          <w:i/>
          <w:color w:val="5C6775"/>
          <w:sz w:val="19"/>
        </w:rPr>
        <w:t>Describe the property. Do not state a value: valuation is the donor's responsibility, and stating one creates a problem for both of you.</w:t>
      </w:r>
    </w:p>
    <w:p>
      <w:r>
        <w:t>Dear [NAME],</w:t>
      </w:r>
    </w:p>
    <w:p>
      <w:r>
        <w:t>Thank you for your donation of [DESCRIBE THE PROPERTY, WITHOUT VALUING IT], received on [DATE].</w:t>
      </w:r>
    </w:p>
    <w:p>
      <w:r>
        <w:t>No goods or services were provided in return for this contribution.</w:t>
      </w:r>
    </w:p>
    <w:p>
      <w:r>
        <w:t>For your records, the determination of the value of donated property is the responsibility of the donor. We are glad to sign Form 8283 where one is required.</w:t>
      </w:r>
    </w:p>
    <w:p>
      <w:r>
        <w:t>[ORGANIZATION NAME] is a nonprofit organization exempt under Section 501(c)(3) of the Internal Revenue Code. Our EIN is [EIN].</w:t>
      </w:r>
    </w:p>
    <w:p>
      <w:r>
        <w:t>With thanks,</w:t>
      </w:r>
    </w:p>
    <w:p>
      <w:r>
        <w:t>[NAME], [TITLE]</w:t>
      </w:r>
    </w:p>
    <w:p/>
    <w:p>
      <w:r>
        <w:rPr>
          <w:b/>
          <w:color w:val="0F5B60"/>
          <w:sz w:val="22"/>
        </w:rPr>
        <w:t>4. PLEDGE REMINDER</w:t>
      </w:r>
    </w:p>
    <w:p>
      <w:r>
        <w:rPr>
          <w:i/>
          <w:color w:val="5C6775"/>
          <w:sz w:val="19"/>
        </w:rPr>
        <w:t>Warm rather than administrative. Most unpaid pledges are forgotten, not withdrawn.</w:t>
      </w:r>
    </w:p>
    <w:p>
      <w:r>
        <w:t>Dear [NAME],</w:t>
      </w:r>
    </w:p>
    <w:p>
      <w:r>
        <w:t>Earlier this year you generously pledged $[AMOUNT] to [ORGANIZATION NAME], of which $[PAID] has been received. Thank you.</w:t>
      </w:r>
    </w:p>
    <w:p>
      <w:r>
        <w:t>This is a friendly reminder that $[BALANCE] remains outstanding, due [DATE].</w:t>
      </w:r>
    </w:p>
    <w:p>
      <w:r>
        <w:t>[ONE SENTENCE ON WHAT THE PLEDGE IS FUNDING AND HOW IT IS GOING.]</w:t>
      </w:r>
    </w:p>
    <w:p>
      <w:r>
        <w:t>You can give at [URL], or reply to this letter and we will make it easy. If your circumstances have changed, please do tell us. We would far rather know.</w:t>
      </w:r>
    </w:p>
    <w:p>
      <w:r>
        <w:t>With thanks,</w:t>
      </w:r>
    </w:p>
    <w:p>
      <w:r>
        <w:t>[NAME], [TITLE]</w:t>
      </w:r>
    </w:p>
    <w:p/>
    <w:p>
      <w:r>
        <w:rPr>
          <w:b/>
          <w:color w:val="0F5B60"/>
          <w:sz w:val="22"/>
        </w:rPr>
        <w:t>5. ANNUAL APPEAL</w:t>
      </w:r>
    </w:p>
    <w:p>
      <w:r>
        <w:rPr>
          <w:i/>
          <w:color w:val="5C6775"/>
          <w:sz w:val="19"/>
        </w:rPr>
        <w:t>Specific, short, and with one clear ask. Suggest amounts and tie each to something concrete.</w:t>
      </w:r>
    </w:p>
    <w:p>
      <w:r>
        <w:t>Dear [NAME],</w:t>
      </w:r>
    </w:p>
    <w:p>
      <w:r>
        <w:t>[OPEN WITH ONE SPECIFIC STORY OR FACT FROM THIS YEAR. NOT A SUMMARY OF THE ORGANIZATION.]</w:t>
      </w:r>
    </w:p>
    <w:p>
      <w:r>
        <w:t>[WHAT REMAINS TO BE DONE, AND WHY IT MATTERS NOW.]</w:t>
      </w:r>
    </w:p>
    <w:p>
      <w:r>
        <w:t>$[SMALL] funds [SPECIFIC THING]. $[MEDIUM] funds [BIGGER THING]. $[LARGE] funds [BIGGEST THING].</w:t>
      </w:r>
    </w:p>
    <w:p>
      <w:r>
        <w:t>[IF THEY GAVE LAST YEAR: Last year you gave $[AMOUNT], and it paid for [SPECIFIC OUTCOME]. Would you consider $[AMOUNT PLUS A STEP] this year?]</w:t>
      </w:r>
    </w:p>
    <w:p>
      <w:r>
        <w:t>Give at [URL], or return the enclosed form.</w:t>
      </w:r>
    </w:p>
    <w:p>
      <w:r>
        <w:t>With thanks,</w:t>
      </w:r>
    </w:p>
    <w:p>
      <w:r>
        <w:t>[NAME], [TITLE]</w:t>
      </w:r>
    </w:p>
    <w:p/>
    <w:p>
      <w:r>
        <w:rPr>
          <w:b/>
          <w:color w:val="0F5B60"/>
          <w:sz w:val="22"/>
        </w:rPr>
        <w:t>6. MONTHLY DONOR ANNIVERSARY</w:t>
      </w:r>
    </w:p>
    <w:p>
      <w:r>
        <w:rPr>
          <w:i/>
          <w:color w:val="5C6775"/>
          <w:sz w:val="19"/>
        </w:rPr>
        <w:t>The most neglected letter in fundraising. Monthly gifts arrive silently, so these donors are thanked least and are worth most.</w:t>
      </w:r>
    </w:p>
    <w:p>
      <w:r>
        <w:t>Dear [NAME],</w:t>
      </w:r>
    </w:p>
    <w:p>
      <w:r>
        <w:t>A year ago this month you started giving $[AMOUNT] every month to [ORGANIZATION NAME]. Over that year you have given $[TOTAL].</w:t>
      </w:r>
    </w:p>
    <w:p>
      <w:r>
        <w:t>[WHAT THAT YEAR OF GIVING PAID FOR, SPECIFICALLY.]</w:t>
      </w:r>
    </w:p>
    <w:p>
      <w:r>
        <w:t>Monthly donors are the reason we can plan rather than hope. Thank you.</w:t>
      </w:r>
    </w:p>
    <w:p>
      <w:r>
        <w:t>[OPTIONAL, ONCE A YEAR ONLY: If you are able to increase your gift to $[AMOUNT], it would fund [SPECIFIC THING].]</w:t>
      </w:r>
    </w:p>
    <w:p>
      <w:r>
        <w:t>With thanks,</w:t>
      </w:r>
    </w:p>
    <w:p>
      <w:r>
        <w:t>[NAME], [TITLE]</w:t>
      </w:r>
    </w:p>
    <w:p/>
    <w:p/>
    <w:p>
      <w:r>
        <w:rPr>
          <w:i/>
          <w:color w:val="5C6775"/>
          <w:sz w:val="17"/>
        </w:rPr>
        <w:t>Template from The Nonprofit Guide, thenonprofitguide.com. Free to use and adapt. Reference information, not legal advice. Requirements vary by state. Have this reviewed by a nonprofit attorney before adopting 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